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9AD" w:rsidRDefault="005719AD">
      <w:pPr>
        <w:jc w:val="right"/>
        <w:rPr>
          <w:lang w:val="it-IT"/>
        </w:rPr>
      </w:pPr>
    </w:p>
    <w:p w:rsidR="00485A1D" w:rsidRPr="005719AD" w:rsidRDefault="00821BE8">
      <w:pPr>
        <w:spacing w:after="60"/>
        <w:jc w:val="right"/>
        <w:rPr>
          <w:lang w:val="it-IT"/>
        </w:rPr>
      </w:pPr>
      <w:r w:rsidRPr="005719AD">
        <w:rPr>
          <w:lang w:val="it-IT"/>
        </w:rPr>
        <w:t>Al Dirigente Scolastico</w:t>
      </w:r>
      <w:r w:rsidRPr="005719AD">
        <w:rPr>
          <w:lang w:val="it-IT"/>
        </w:rPr>
        <w:br/>
        <w:t xml:space="preserve">del Liceo Statale “F. De </w:t>
      </w:r>
      <w:proofErr w:type="spellStart"/>
      <w:r w:rsidRPr="005719AD">
        <w:rPr>
          <w:lang w:val="it-IT"/>
        </w:rPr>
        <w:t>Sanctis</w:t>
      </w:r>
      <w:proofErr w:type="spellEnd"/>
      <w:r w:rsidRPr="005719AD">
        <w:rPr>
          <w:lang w:val="it-IT"/>
        </w:rPr>
        <w:t>”</w:t>
      </w:r>
      <w:r w:rsidRPr="005719AD">
        <w:rPr>
          <w:lang w:val="it-IT"/>
        </w:rPr>
        <w:br/>
        <w:t>SALERNO</w:t>
      </w:r>
    </w:p>
    <w:p w:rsidR="00485A1D" w:rsidRDefault="00821BE8">
      <w:pPr>
        <w:spacing w:after="80"/>
        <w:jc w:val="center"/>
        <w:rPr>
          <w:b/>
          <w:color w:val="1F4E79"/>
          <w:sz w:val="26"/>
          <w:lang w:val="it-IT"/>
        </w:rPr>
      </w:pPr>
      <w:r w:rsidRPr="005719AD">
        <w:rPr>
          <w:b/>
          <w:color w:val="1F4E79"/>
          <w:sz w:val="26"/>
          <w:lang w:val="it-IT"/>
        </w:rPr>
        <w:t xml:space="preserve">RICHIESTA </w:t>
      </w:r>
      <w:proofErr w:type="spellStart"/>
      <w:r w:rsidRPr="005719AD">
        <w:rPr>
          <w:b/>
          <w:color w:val="1F4E79"/>
          <w:sz w:val="26"/>
          <w:lang w:val="it-IT"/>
        </w:rPr>
        <w:t>DI</w:t>
      </w:r>
      <w:proofErr w:type="spellEnd"/>
      <w:r w:rsidRPr="005719AD">
        <w:rPr>
          <w:b/>
          <w:color w:val="1F4E79"/>
          <w:sz w:val="26"/>
          <w:lang w:val="it-IT"/>
        </w:rPr>
        <w:t xml:space="preserve"> AUTORIZZAZIONE</w:t>
      </w:r>
      <w:r w:rsidRPr="005719AD">
        <w:rPr>
          <w:b/>
          <w:color w:val="1F4E79"/>
          <w:sz w:val="26"/>
          <w:lang w:val="it-IT"/>
        </w:rPr>
        <w:br/>
        <w:t>ALL’INGRESSO POSTICIPATO E/O ALL’USCITA ANTICIPATA</w:t>
      </w:r>
      <w:r w:rsidRPr="005719AD">
        <w:rPr>
          <w:b/>
          <w:color w:val="1F4E79"/>
          <w:sz w:val="26"/>
          <w:lang w:val="it-IT"/>
        </w:rPr>
        <w:br/>
        <w:t>RISPETTO ALL’ORARIO DELLE LEZIONI</w:t>
      </w:r>
    </w:p>
    <w:p w:rsidR="005719AD" w:rsidRPr="005719AD" w:rsidRDefault="005719AD">
      <w:pPr>
        <w:jc w:val="center"/>
        <w:rPr>
          <w:lang w:val="it-IT"/>
        </w:rPr>
      </w:pPr>
    </w:p>
    <w:p w:rsidR="00485A1D" w:rsidRPr="005719AD" w:rsidRDefault="00821BE8">
      <w:pPr>
        <w:spacing w:after="20"/>
        <w:rPr>
          <w:lang w:val="it-IT"/>
        </w:rPr>
      </w:pPr>
      <w:r w:rsidRPr="005719AD">
        <w:rPr>
          <w:lang w:val="it-IT"/>
        </w:rPr>
        <w:t>I sottoscritti _________________________________________ e ________________________________________</w:t>
      </w:r>
      <w:r w:rsidR="005719AD">
        <w:rPr>
          <w:lang w:val="it-IT"/>
        </w:rPr>
        <w:t>_</w:t>
      </w:r>
      <w:r w:rsidRPr="005719AD">
        <w:rPr>
          <w:lang w:val="it-IT"/>
        </w:rPr>
        <w:t>_,</w:t>
      </w:r>
    </w:p>
    <w:p w:rsidR="00485A1D" w:rsidRPr="005719AD" w:rsidRDefault="00821BE8">
      <w:pPr>
        <w:spacing w:after="20"/>
        <w:rPr>
          <w:lang w:val="it-IT"/>
        </w:rPr>
      </w:pPr>
      <w:r w:rsidRPr="005719AD">
        <w:rPr>
          <w:lang w:val="it-IT"/>
        </w:rPr>
        <w:t>genitori/esercenti la responsabilità genitoriale dell’alunno/a ________________________________________</w:t>
      </w:r>
      <w:r w:rsidR="005719AD">
        <w:rPr>
          <w:lang w:val="it-IT"/>
        </w:rPr>
        <w:t>_______</w:t>
      </w:r>
      <w:r w:rsidRPr="005719AD">
        <w:rPr>
          <w:lang w:val="it-IT"/>
        </w:rPr>
        <w:t>,</w:t>
      </w:r>
    </w:p>
    <w:p w:rsidR="00485A1D" w:rsidRDefault="00821BE8">
      <w:pPr>
        <w:spacing w:after="20"/>
        <w:rPr>
          <w:lang w:val="it-IT"/>
        </w:rPr>
      </w:pPr>
      <w:r w:rsidRPr="005719AD">
        <w:rPr>
          <w:lang w:val="it-IT"/>
        </w:rPr>
        <w:t>frequentante la classe ______ sez. ______ di codesto Liceo,</w:t>
      </w:r>
    </w:p>
    <w:p w:rsidR="001632F7" w:rsidRPr="005719AD" w:rsidRDefault="001632F7">
      <w:pPr>
        <w:spacing w:after="20"/>
        <w:rPr>
          <w:lang w:val="it-IT"/>
        </w:rPr>
      </w:pPr>
    </w:p>
    <w:p w:rsidR="00485A1D" w:rsidRDefault="00821BE8">
      <w:pPr>
        <w:spacing w:after="40"/>
        <w:jc w:val="center"/>
        <w:rPr>
          <w:b/>
          <w:color w:val="1F4E79"/>
          <w:sz w:val="23"/>
          <w:lang w:val="it-IT"/>
        </w:rPr>
      </w:pPr>
      <w:r w:rsidRPr="005719AD">
        <w:rPr>
          <w:b/>
          <w:color w:val="1F4E79"/>
          <w:sz w:val="23"/>
          <w:lang w:val="it-IT"/>
        </w:rPr>
        <w:t>DICHIARANO</w:t>
      </w:r>
    </w:p>
    <w:p w:rsidR="001632F7" w:rsidRPr="005719AD" w:rsidRDefault="001632F7">
      <w:pPr>
        <w:spacing w:after="40"/>
        <w:jc w:val="center"/>
        <w:rPr>
          <w:lang w:val="it-IT"/>
        </w:rPr>
      </w:pPr>
    </w:p>
    <w:p w:rsidR="00485A1D" w:rsidRPr="005719AD" w:rsidRDefault="00821BE8">
      <w:pPr>
        <w:spacing w:after="20"/>
        <w:rPr>
          <w:lang w:val="it-IT"/>
        </w:rPr>
      </w:pPr>
      <w:r w:rsidRPr="005719AD">
        <w:rPr>
          <w:lang w:val="it-IT"/>
        </w:rPr>
        <w:t>che il/la proprio/a figlio/a abita in località _________________________________________________</w:t>
      </w:r>
    </w:p>
    <w:p w:rsidR="00485A1D" w:rsidRPr="005719AD" w:rsidRDefault="00821BE8">
      <w:pPr>
        <w:spacing w:after="20"/>
        <w:rPr>
          <w:lang w:val="it-IT"/>
        </w:rPr>
      </w:pPr>
      <w:r w:rsidRPr="005719AD">
        <w:rPr>
          <w:lang w:val="it-IT"/>
        </w:rPr>
        <w:t>e utilizza il seguente mezzo di trasporto:   ☐ treno     ☐ pullman     ☐ altro ____________________</w:t>
      </w:r>
    </w:p>
    <w:p w:rsidR="00485A1D" w:rsidRPr="005719AD" w:rsidRDefault="00821BE8">
      <w:pPr>
        <w:spacing w:after="20"/>
        <w:rPr>
          <w:lang w:val="it-IT"/>
        </w:rPr>
      </w:pPr>
      <w:r w:rsidRPr="005719AD">
        <w:rPr>
          <w:lang w:val="it-IT"/>
        </w:rPr>
        <w:t>Per il tragitto da casa a scuola, deve rispettare il seguente orario di partenza dei mezzi pubblici:</w:t>
      </w:r>
    </w:p>
    <w:p w:rsidR="00485A1D" w:rsidRPr="005719AD" w:rsidRDefault="00821BE8">
      <w:pPr>
        <w:spacing w:after="20"/>
        <w:rPr>
          <w:lang w:val="it-IT"/>
        </w:rPr>
      </w:pPr>
      <w:r w:rsidRPr="005719AD">
        <w:rPr>
          <w:lang w:val="it-IT"/>
        </w:rPr>
        <w:t>________________________________________________________________________________________</w:t>
      </w:r>
    </w:p>
    <w:p w:rsidR="00485A1D" w:rsidRPr="005719AD" w:rsidRDefault="00821BE8">
      <w:pPr>
        <w:spacing w:after="20"/>
        <w:rPr>
          <w:lang w:val="it-IT"/>
        </w:rPr>
      </w:pPr>
      <w:r w:rsidRPr="005719AD">
        <w:rPr>
          <w:lang w:val="it-IT"/>
        </w:rPr>
        <w:t>Per il tragitto da scuola a casa, deve rispettare il seguente orario di partenza dei mezzi pubblici:</w:t>
      </w:r>
    </w:p>
    <w:p w:rsidR="00485A1D" w:rsidRPr="005719AD" w:rsidRDefault="00821BE8">
      <w:pPr>
        <w:spacing w:after="20"/>
        <w:rPr>
          <w:lang w:val="it-IT"/>
        </w:rPr>
      </w:pPr>
      <w:r w:rsidRPr="005719AD">
        <w:rPr>
          <w:lang w:val="it-IT"/>
        </w:rPr>
        <w:t>________________________________________________________________________________________</w:t>
      </w:r>
    </w:p>
    <w:p w:rsidR="00485A1D" w:rsidRPr="005719AD" w:rsidRDefault="00821BE8">
      <w:pPr>
        <w:spacing w:after="20"/>
        <w:rPr>
          <w:lang w:val="it-IT"/>
        </w:rPr>
      </w:pPr>
      <w:r w:rsidRPr="005719AD">
        <w:rPr>
          <w:lang w:val="it-IT"/>
        </w:rPr>
        <w:t>Per quanto sopra esposto</w:t>
      </w:r>
    </w:p>
    <w:p w:rsidR="00485A1D" w:rsidRDefault="00821BE8">
      <w:pPr>
        <w:spacing w:after="40"/>
        <w:jc w:val="center"/>
        <w:rPr>
          <w:b/>
          <w:color w:val="1F4E79"/>
          <w:sz w:val="23"/>
          <w:lang w:val="it-IT"/>
        </w:rPr>
      </w:pPr>
      <w:r w:rsidRPr="005719AD">
        <w:rPr>
          <w:b/>
          <w:color w:val="1F4E79"/>
          <w:sz w:val="23"/>
          <w:lang w:val="it-IT"/>
        </w:rPr>
        <w:t>CHIEDONO</w:t>
      </w:r>
    </w:p>
    <w:p w:rsidR="001632F7" w:rsidRPr="005719AD" w:rsidRDefault="001632F7">
      <w:pPr>
        <w:spacing w:after="40"/>
        <w:jc w:val="center"/>
        <w:rPr>
          <w:lang w:val="it-IT"/>
        </w:rPr>
      </w:pPr>
    </w:p>
    <w:p w:rsidR="00485A1D" w:rsidRDefault="00821BE8">
      <w:pPr>
        <w:spacing w:after="80"/>
        <w:rPr>
          <w:lang w:val="it-IT"/>
        </w:rPr>
      </w:pPr>
      <w:r w:rsidRPr="005719AD">
        <w:rPr>
          <w:lang w:val="it-IT"/>
        </w:rPr>
        <w:t>l’autorizzazione all’ingresso posticipato e/o all’uscita anticipata rispetto all</w:t>
      </w:r>
      <w:r w:rsidR="005719AD">
        <w:rPr>
          <w:lang w:val="it-IT"/>
        </w:rPr>
        <w:t>’orario delle lezioni</w:t>
      </w:r>
      <w:r w:rsidRPr="005719AD">
        <w:rPr>
          <w:lang w:val="it-IT"/>
        </w:rPr>
        <w:t>.</w:t>
      </w:r>
    </w:p>
    <w:p w:rsidR="001632F7" w:rsidRDefault="001632F7">
      <w:pPr>
        <w:spacing w:after="80"/>
        <w:rPr>
          <w:lang w:val="it-IT"/>
        </w:rPr>
      </w:pPr>
    </w:p>
    <w:p w:rsidR="001A2B58" w:rsidRPr="001632F7" w:rsidRDefault="00F3322E">
      <w:pPr>
        <w:spacing w:before="60" w:after="80"/>
        <w:jc w:val="center"/>
        <w:rPr>
          <w:lang w:val="it-IT"/>
        </w:rPr>
      </w:pPr>
      <w:r w:rsidRPr="001632F7">
        <w:rPr>
          <w:b/>
          <w:color w:val="548235"/>
          <w:sz w:val="20"/>
          <w:lang w:val="it-IT"/>
        </w:rPr>
        <w:t>La flessibilità oraria può essere richiesta esclusivamente nei seguenti limiti:</w:t>
      </w:r>
    </w:p>
    <w:tbl>
      <w:tblPr>
        <w:tblW w:w="0" w:type="auto"/>
        <w:jc w:val="center"/>
        <w:tblLook w:val="04A0"/>
      </w:tblPr>
      <w:tblGrid>
        <w:gridCol w:w="3475"/>
        <w:gridCol w:w="3475"/>
        <w:gridCol w:w="3475"/>
      </w:tblGrid>
      <w:tr w:rsidR="001A2B58">
        <w:trPr>
          <w:jc w:val="center"/>
        </w:trPr>
        <w:tc>
          <w:tcPr>
            <w:tcW w:w="3475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548235"/>
            <w:vAlign w:val="center"/>
          </w:tcPr>
          <w:p w:rsidR="001A2B58" w:rsidRDefault="00F3322E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Ora</w:t>
            </w:r>
            <w:proofErr w:type="spellEnd"/>
          </w:p>
        </w:tc>
        <w:tc>
          <w:tcPr>
            <w:tcW w:w="3475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548235"/>
            <w:vAlign w:val="center"/>
          </w:tcPr>
          <w:p w:rsidR="001A2B58" w:rsidRDefault="00F3322E">
            <w:pPr>
              <w:jc w:val="center"/>
            </w:pPr>
            <w:r>
              <w:rPr>
                <w:b/>
                <w:color w:val="FFFFFF"/>
                <w:sz w:val="18"/>
              </w:rPr>
              <w:t>Tipologia di flessibilità</w:t>
            </w:r>
          </w:p>
        </w:tc>
        <w:tc>
          <w:tcPr>
            <w:tcW w:w="3475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548235"/>
            <w:vAlign w:val="center"/>
          </w:tcPr>
          <w:p w:rsidR="001A2B58" w:rsidRDefault="00F3322E">
            <w:pPr>
              <w:jc w:val="center"/>
            </w:pPr>
            <w:r>
              <w:rPr>
                <w:b/>
                <w:color w:val="FFFFFF"/>
                <w:sz w:val="18"/>
              </w:rPr>
              <w:t>Limite massimo</w:t>
            </w:r>
          </w:p>
        </w:tc>
      </w:tr>
      <w:tr w:rsidR="001A2B58">
        <w:trPr>
          <w:jc w:val="center"/>
        </w:trPr>
        <w:tc>
          <w:tcPr>
            <w:tcW w:w="3475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2F0D9"/>
            <w:vAlign w:val="center"/>
          </w:tcPr>
          <w:p w:rsidR="001A2B58" w:rsidRDefault="00F3322E">
            <w:pPr>
              <w:jc w:val="center"/>
            </w:pPr>
            <w:r>
              <w:rPr>
                <w:b/>
                <w:sz w:val="18"/>
              </w:rPr>
              <w:t>1ª ORA</w:t>
            </w:r>
          </w:p>
        </w:tc>
        <w:tc>
          <w:tcPr>
            <w:tcW w:w="3475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2F0D9"/>
            <w:vAlign w:val="center"/>
          </w:tcPr>
          <w:p w:rsidR="001A2B58" w:rsidRDefault="00F3322E">
            <w:pPr>
              <w:jc w:val="center"/>
            </w:pPr>
            <w:r>
              <w:rPr>
                <w:b/>
                <w:sz w:val="18"/>
              </w:rPr>
              <w:t>INGRESSO POSTICIPATO</w:t>
            </w:r>
          </w:p>
        </w:tc>
        <w:tc>
          <w:tcPr>
            <w:tcW w:w="3475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2F0D9"/>
            <w:vAlign w:val="center"/>
          </w:tcPr>
          <w:p w:rsidR="001A2B58" w:rsidRDefault="00F3322E">
            <w:pPr>
              <w:jc w:val="center"/>
            </w:pPr>
            <w:r>
              <w:rPr>
                <w:b/>
                <w:color w:val="1F4E79"/>
                <w:sz w:val="18"/>
              </w:rPr>
              <w:t>max 8:25</w:t>
            </w:r>
          </w:p>
        </w:tc>
      </w:tr>
      <w:tr w:rsidR="001A2B58">
        <w:trPr>
          <w:jc w:val="center"/>
        </w:trPr>
        <w:tc>
          <w:tcPr>
            <w:tcW w:w="3475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FFFFFF"/>
            <w:vAlign w:val="center"/>
          </w:tcPr>
          <w:p w:rsidR="001A2B58" w:rsidRDefault="00F3322E">
            <w:pPr>
              <w:jc w:val="center"/>
            </w:pPr>
            <w:r>
              <w:rPr>
                <w:b/>
                <w:sz w:val="18"/>
              </w:rPr>
              <w:t>6ª ORA</w:t>
            </w:r>
          </w:p>
        </w:tc>
        <w:tc>
          <w:tcPr>
            <w:tcW w:w="3475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FFFFFF"/>
            <w:vAlign w:val="center"/>
          </w:tcPr>
          <w:p w:rsidR="001A2B58" w:rsidRDefault="00F3322E">
            <w:pPr>
              <w:jc w:val="center"/>
            </w:pPr>
            <w:r>
              <w:rPr>
                <w:b/>
                <w:sz w:val="18"/>
              </w:rPr>
              <w:t>USCITA ANTICIPATA</w:t>
            </w:r>
          </w:p>
        </w:tc>
        <w:tc>
          <w:tcPr>
            <w:tcW w:w="3475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FFFFFF"/>
            <w:vAlign w:val="center"/>
          </w:tcPr>
          <w:p w:rsidR="001A2B58" w:rsidRDefault="00F3322E">
            <w:pPr>
              <w:jc w:val="center"/>
            </w:pPr>
            <w:r>
              <w:rPr>
                <w:b/>
                <w:color w:val="1F4E79"/>
                <w:sz w:val="18"/>
              </w:rPr>
              <w:t>max 13:55</w:t>
            </w:r>
          </w:p>
        </w:tc>
      </w:tr>
      <w:tr w:rsidR="001A2B58">
        <w:trPr>
          <w:jc w:val="center"/>
        </w:trPr>
        <w:tc>
          <w:tcPr>
            <w:tcW w:w="3475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2F0D9"/>
            <w:vAlign w:val="center"/>
          </w:tcPr>
          <w:p w:rsidR="001A2B58" w:rsidRDefault="00F3322E">
            <w:pPr>
              <w:jc w:val="center"/>
            </w:pPr>
            <w:r>
              <w:rPr>
                <w:b/>
                <w:sz w:val="18"/>
              </w:rPr>
              <w:t>7ª ORA</w:t>
            </w:r>
          </w:p>
        </w:tc>
        <w:tc>
          <w:tcPr>
            <w:tcW w:w="3475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2F0D9"/>
            <w:vAlign w:val="center"/>
          </w:tcPr>
          <w:p w:rsidR="001A2B58" w:rsidRDefault="00F3322E">
            <w:pPr>
              <w:jc w:val="center"/>
            </w:pPr>
            <w:r>
              <w:rPr>
                <w:b/>
                <w:sz w:val="18"/>
              </w:rPr>
              <w:t>USCITA ANTICIPATA</w:t>
            </w:r>
          </w:p>
        </w:tc>
        <w:tc>
          <w:tcPr>
            <w:tcW w:w="3475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2F0D9"/>
            <w:vAlign w:val="center"/>
          </w:tcPr>
          <w:p w:rsidR="001A2B58" w:rsidRDefault="00F3322E">
            <w:pPr>
              <w:jc w:val="center"/>
            </w:pPr>
            <w:r>
              <w:rPr>
                <w:b/>
                <w:color w:val="1F4E79"/>
                <w:sz w:val="18"/>
              </w:rPr>
              <w:t>max 14:45</w:t>
            </w:r>
          </w:p>
        </w:tc>
      </w:tr>
    </w:tbl>
    <w:p w:rsidR="005719AD" w:rsidRPr="005719AD" w:rsidRDefault="005719AD">
      <w:pPr>
        <w:rPr>
          <w:lang w:val="it-IT"/>
        </w:rPr>
      </w:pPr>
    </w:p>
    <w:tbl>
      <w:tblPr>
        <w:tblW w:w="0" w:type="auto"/>
        <w:jc w:val="center"/>
        <w:tblLayout w:type="fixed"/>
        <w:tblLook w:val="04A0"/>
      </w:tblPr>
      <w:tblGrid>
        <w:gridCol w:w="5213"/>
        <w:gridCol w:w="5213"/>
      </w:tblGrid>
      <w:tr w:rsidR="00485A1D">
        <w:trPr>
          <w:trHeight w:val="312"/>
          <w:jc w:val="center"/>
        </w:trPr>
        <w:tc>
          <w:tcPr>
            <w:tcW w:w="10426" w:type="dxa"/>
            <w:gridSpan w:val="2"/>
            <w:tcBorders>
              <w:top w:val="single" w:sz="8" w:space="0" w:color="548235"/>
              <w:left w:val="single" w:sz="8" w:space="0" w:color="548235"/>
              <w:bottom w:val="single" w:sz="8" w:space="0" w:color="548235"/>
              <w:right w:val="single" w:sz="8" w:space="0" w:color="548235"/>
            </w:tcBorders>
            <w:shd w:val="clear" w:color="auto" w:fill="548235"/>
            <w:vAlign w:val="center"/>
          </w:tcPr>
          <w:p w:rsidR="001A2B58" w:rsidRDefault="00F3322E">
            <w:pPr>
              <w:jc w:val="center"/>
            </w:pPr>
            <w:r>
              <w:rPr>
                <w:b/>
                <w:sz w:val="22"/>
              </w:rPr>
              <w:t>Richiesta specifica</w:t>
            </w:r>
          </w:p>
        </w:tc>
      </w:tr>
      <w:tr w:rsidR="00485A1D">
        <w:trPr>
          <w:trHeight w:val="312"/>
          <w:jc w:val="center"/>
        </w:trPr>
        <w:tc>
          <w:tcPr>
            <w:tcW w:w="5213" w:type="dxa"/>
            <w:tcBorders>
              <w:top w:val="single" w:sz="8" w:space="0" w:color="548235"/>
              <w:left w:val="single" w:sz="8" w:space="0" w:color="548235"/>
              <w:bottom w:val="single" w:sz="8" w:space="0" w:color="548235"/>
              <w:right w:val="single" w:sz="8" w:space="0" w:color="548235"/>
            </w:tcBorders>
            <w:vAlign w:val="center"/>
          </w:tcPr>
          <w:p w:rsidR="001A2B58" w:rsidRPr="001632F7" w:rsidRDefault="00F3322E">
            <w:pPr>
              <w:rPr>
                <w:lang w:val="it-IT"/>
              </w:rPr>
            </w:pPr>
            <w:r w:rsidRPr="001632F7">
              <w:rPr>
                <w:b/>
                <w:lang w:val="it-IT"/>
              </w:rPr>
              <w:t>☐</w:t>
            </w:r>
            <w:r w:rsidRPr="001632F7">
              <w:rPr>
                <w:b/>
                <w:lang w:val="it-IT"/>
              </w:rPr>
              <w:t xml:space="preserve">  1ª ORA – INGRESSO POSTICIPATO – </w:t>
            </w:r>
            <w:proofErr w:type="spellStart"/>
            <w:r w:rsidRPr="001632F7">
              <w:rPr>
                <w:b/>
                <w:lang w:val="it-IT"/>
              </w:rPr>
              <w:t>max</w:t>
            </w:r>
            <w:proofErr w:type="spellEnd"/>
            <w:r w:rsidRPr="001632F7">
              <w:rPr>
                <w:b/>
                <w:lang w:val="it-IT"/>
              </w:rPr>
              <w:t xml:space="preserve"> 8:25</w:t>
            </w:r>
          </w:p>
        </w:tc>
        <w:tc>
          <w:tcPr>
            <w:tcW w:w="5213" w:type="dxa"/>
            <w:tcBorders>
              <w:top w:val="single" w:sz="8" w:space="0" w:color="548235"/>
              <w:left w:val="single" w:sz="8" w:space="0" w:color="548235"/>
              <w:bottom w:val="single" w:sz="8" w:space="0" w:color="548235"/>
              <w:right w:val="single" w:sz="8" w:space="0" w:color="548235"/>
            </w:tcBorders>
            <w:vAlign w:val="center"/>
          </w:tcPr>
          <w:p w:rsidR="001A2B58" w:rsidRDefault="00F3322E">
            <w:proofErr w:type="spellStart"/>
            <w:r>
              <w:t>nei</w:t>
            </w:r>
            <w:proofErr w:type="spellEnd"/>
            <w:r>
              <w:t xml:space="preserve"> </w:t>
            </w:r>
            <w:proofErr w:type="spellStart"/>
            <w:r>
              <w:t>giorni</w:t>
            </w:r>
            <w:proofErr w:type="spellEnd"/>
            <w:r>
              <w:t xml:space="preserve"> </w:t>
            </w:r>
            <w:r>
              <w:t>__________________________________</w:t>
            </w:r>
          </w:p>
        </w:tc>
      </w:tr>
      <w:tr w:rsidR="00485A1D">
        <w:trPr>
          <w:trHeight w:val="312"/>
          <w:jc w:val="center"/>
        </w:trPr>
        <w:tc>
          <w:tcPr>
            <w:tcW w:w="5213" w:type="dxa"/>
            <w:tcBorders>
              <w:top w:val="single" w:sz="8" w:space="0" w:color="548235"/>
              <w:left w:val="single" w:sz="8" w:space="0" w:color="548235"/>
              <w:bottom w:val="single" w:sz="8" w:space="0" w:color="548235"/>
              <w:right w:val="single" w:sz="8" w:space="0" w:color="548235"/>
            </w:tcBorders>
            <w:vAlign w:val="center"/>
          </w:tcPr>
          <w:p w:rsidR="001A2B58" w:rsidRPr="001632F7" w:rsidRDefault="00F3322E">
            <w:pPr>
              <w:rPr>
                <w:lang w:val="it-IT"/>
              </w:rPr>
            </w:pPr>
            <w:r w:rsidRPr="001632F7">
              <w:rPr>
                <w:b/>
                <w:lang w:val="it-IT"/>
              </w:rPr>
              <w:t>☐</w:t>
            </w:r>
            <w:r w:rsidRPr="001632F7">
              <w:rPr>
                <w:b/>
                <w:lang w:val="it-IT"/>
              </w:rPr>
              <w:t xml:space="preserve">  6ª ORA – USCITA ANTICIPATA – </w:t>
            </w:r>
            <w:proofErr w:type="spellStart"/>
            <w:r w:rsidRPr="001632F7">
              <w:rPr>
                <w:b/>
                <w:lang w:val="it-IT"/>
              </w:rPr>
              <w:t>max</w:t>
            </w:r>
            <w:proofErr w:type="spellEnd"/>
            <w:r w:rsidRPr="001632F7">
              <w:rPr>
                <w:b/>
                <w:lang w:val="it-IT"/>
              </w:rPr>
              <w:t xml:space="preserve"> 13:55</w:t>
            </w:r>
          </w:p>
        </w:tc>
        <w:tc>
          <w:tcPr>
            <w:tcW w:w="5213" w:type="dxa"/>
            <w:tcBorders>
              <w:top w:val="single" w:sz="8" w:space="0" w:color="548235"/>
              <w:left w:val="single" w:sz="8" w:space="0" w:color="548235"/>
              <w:bottom w:val="single" w:sz="8" w:space="0" w:color="548235"/>
              <w:right w:val="single" w:sz="8" w:space="0" w:color="548235"/>
            </w:tcBorders>
            <w:vAlign w:val="center"/>
          </w:tcPr>
          <w:p w:rsidR="001A2B58" w:rsidRDefault="00F3322E">
            <w:proofErr w:type="spellStart"/>
            <w:r>
              <w:t>nei</w:t>
            </w:r>
            <w:proofErr w:type="spellEnd"/>
            <w:r>
              <w:t xml:space="preserve"> </w:t>
            </w:r>
            <w:proofErr w:type="spellStart"/>
            <w:r>
              <w:t>giorni</w:t>
            </w:r>
            <w:proofErr w:type="spellEnd"/>
            <w:r>
              <w:t xml:space="preserve"> __________________________________</w:t>
            </w:r>
          </w:p>
        </w:tc>
      </w:tr>
      <w:tr w:rsidR="001A2B58">
        <w:trPr>
          <w:jc w:val="center"/>
        </w:trPr>
        <w:tc>
          <w:tcPr>
            <w:tcW w:w="5213" w:type="dxa"/>
            <w:tcBorders>
              <w:top w:val="single" w:sz="8" w:space="0" w:color="548235"/>
              <w:left w:val="single" w:sz="8" w:space="0" w:color="548235"/>
              <w:bottom w:val="single" w:sz="8" w:space="0" w:color="548235"/>
              <w:right w:val="single" w:sz="8" w:space="0" w:color="548235"/>
            </w:tcBorders>
            <w:vAlign w:val="center"/>
          </w:tcPr>
          <w:p w:rsidR="001A2B58" w:rsidRPr="001632F7" w:rsidRDefault="00F3322E">
            <w:pPr>
              <w:rPr>
                <w:lang w:val="it-IT"/>
              </w:rPr>
            </w:pPr>
            <w:r w:rsidRPr="001632F7">
              <w:rPr>
                <w:b/>
                <w:lang w:val="it-IT"/>
              </w:rPr>
              <w:t>☐</w:t>
            </w:r>
            <w:r w:rsidRPr="001632F7">
              <w:rPr>
                <w:b/>
                <w:lang w:val="it-IT"/>
              </w:rPr>
              <w:t xml:space="preserve">  7ª ORA – USCITA ANTICIPATA – </w:t>
            </w:r>
            <w:proofErr w:type="spellStart"/>
            <w:r w:rsidRPr="001632F7">
              <w:rPr>
                <w:b/>
                <w:lang w:val="it-IT"/>
              </w:rPr>
              <w:t>max</w:t>
            </w:r>
            <w:proofErr w:type="spellEnd"/>
            <w:r w:rsidRPr="001632F7">
              <w:rPr>
                <w:b/>
                <w:lang w:val="it-IT"/>
              </w:rPr>
              <w:t xml:space="preserve"> 14:45</w:t>
            </w:r>
          </w:p>
        </w:tc>
        <w:tc>
          <w:tcPr>
            <w:tcW w:w="5213" w:type="dxa"/>
            <w:tcBorders>
              <w:top w:val="single" w:sz="8" w:space="0" w:color="548235"/>
              <w:left w:val="single" w:sz="8" w:space="0" w:color="548235"/>
              <w:bottom w:val="single" w:sz="8" w:space="0" w:color="548235"/>
              <w:right w:val="single" w:sz="8" w:space="0" w:color="548235"/>
            </w:tcBorders>
            <w:vAlign w:val="center"/>
          </w:tcPr>
          <w:p w:rsidR="001A2B58" w:rsidRDefault="00F3322E">
            <w:proofErr w:type="spellStart"/>
            <w:r>
              <w:t>nei</w:t>
            </w:r>
            <w:proofErr w:type="spellEnd"/>
            <w:r>
              <w:t xml:space="preserve"> </w:t>
            </w:r>
            <w:proofErr w:type="spellStart"/>
            <w:r>
              <w:t>giorni</w:t>
            </w:r>
            <w:proofErr w:type="spellEnd"/>
            <w:r>
              <w:t xml:space="preserve"> __________________________________</w:t>
            </w:r>
          </w:p>
        </w:tc>
      </w:tr>
    </w:tbl>
    <w:p w:rsidR="005719AD" w:rsidRDefault="005719AD"/>
    <w:p w:rsidR="005719AD" w:rsidRDefault="005719AD"/>
    <w:p w:rsidR="00485A1D" w:rsidRDefault="00821BE8">
      <w:pPr>
        <w:spacing w:before="100" w:after="100"/>
      </w:pPr>
      <w:r>
        <w:t xml:space="preserve">Salerno, </w:t>
      </w:r>
      <w:proofErr w:type="spellStart"/>
      <w:r>
        <w:t>lì</w:t>
      </w:r>
      <w:proofErr w:type="spellEnd"/>
      <w:r>
        <w:t xml:space="preserve"> ______________________________</w:t>
      </w:r>
    </w:p>
    <w:p w:rsidR="005719AD" w:rsidRDefault="005719AD"/>
    <w:p w:rsidR="005719AD" w:rsidRDefault="005719AD"/>
    <w:p w:rsidR="005719AD" w:rsidRDefault="005719AD"/>
    <w:tbl>
      <w:tblPr>
        <w:tblW w:w="0" w:type="auto"/>
        <w:jc w:val="center"/>
        <w:tblLayout w:type="fixed"/>
        <w:tblLook w:val="04A0"/>
      </w:tblPr>
      <w:tblGrid>
        <w:gridCol w:w="5213"/>
        <w:gridCol w:w="5213"/>
      </w:tblGrid>
      <w:tr w:rsidR="00485A1D">
        <w:trPr>
          <w:jc w:val="center"/>
        </w:trPr>
        <w:tc>
          <w:tcPr>
            <w:tcW w:w="5213" w:type="dxa"/>
          </w:tcPr>
          <w:p w:rsidR="00485A1D" w:rsidRDefault="00821BE8">
            <w:pPr>
              <w:jc w:val="center"/>
            </w:pPr>
            <w:r>
              <w:t>Firma della madre</w:t>
            </w:r>
            <w:r>
              <w:br/>
              <w:t>______________________________</w:t>
            </w:r>
          </w:p>
        </w:tc>
        <w:tc>
          <w:tcPr>
            <w:tcW w:w="5213" w:type="dxa"/>
          </w:tcPr>
          <w:p w:rsidR="00485A1D" w:rsidRDefault="00821BE8">
            <w:pPr>
              <w:jc w:val="center"/>
            </w:pPr>
            <w:r>
              <w:t>Firma del padre</w:t>
            </w:r>
            <w:r>
              <w:br/>
              <w:t>______________________________</w:t>
            </w:r>
          </w:p>
        </w:tc>
      </w:tr>
    </w:tbl>
    <w:p w:rsidR="00821BE8" w:rsidRDefault="00821BE8"/>
    <w:sectPr w:rsidR="00821BE8" w:rsidSect="00034616">
      <w:headerReference w:type="default" r:id="rId8"/>
      <w:pgSz w:w="12240" w:h="15840"/>
      <w:pgMar w:top="510" w:right="907" w:bottom="510" w:left="90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22E" w:rsidRDefault="00F3322E" w:rsidP="005719AD">
      <w:pPr>
        <w:spacing w:line="240" w:lineRule="auto"/>
      </w:pPr>
      <w:r>
        <w:separator/>
      </w:r>
    </w:p>
  </w:endnote>
  <w:endnote w:type="continuationSeparator" w:id="0">
    <w:p w:rsidR="00F3322E" w:rsidRDefault="00F3322E" w:rsidP="005719A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22E" w:rsidRDefault="00F3322E" w:rsidP="005719AD">
      <w:pPr>
        <w:spacing w:line="240" w:lineRule="auto"/>
      </w:pPr>
      <w:r>
        <w:separator/>
      </w:r>
    </w:p>
  </w:footnote>
  <w:footnote w:type="continuationSeparator" w:id="0">
    <w:p w:rsidR="00F3322E" w:rsidRDefault="00F3322E" w:rsidP="005719A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9AD" w:rsidRDefault="005719AD">
    <w:pPr>
      <w:pStyle w:val="Intestazione"/>
    </w:pPr>
    <w:r w:rsidRPr="005719AD">
      <w:rPr>
        <w:noProof/>
        <w:lang w:val="it-IT" w:eastAsia="it-IT"/>
      </w:rPr>
      <w:drawing>
        <wp:inline distT="0" distB="0" distL="0" distR="0">
          <wp:extent cx="6120000" cy="928929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2d2f86f-8eb7-4c1a-b87a-bd9be36fc16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928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1632F7"/>
    <w:rsid w:val="001A2B58"/>
    <w:rsid w:val="0029639D"/>
    <w:rsid w:val="00326F90"/>
    <w:rsid w:val="00485A1D"/>
    <w:rsid w:val="005719AD"/>
    <w:rsid w:val="00821BE8"/>
    <w:rsid w:val="00AA1D8D"/>
    <w:rsid w:val="00B233CC"/>
    <w:rsid w:val="00B47730"/>
    <w:rsid w:val="00CB0664"/>
    <w:rsid w:val="00F3322E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pPr>
      <w:spacing w:after="0"/>
    </w:pPr>
    <w:rPr>
      <w:rFonts w:ascii="Arial" w:eastAsia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6B6531-0EAD-4D0A-A699-B3B0352A2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Roberto</cp:lastModifiedBy>
  <cp:revision>2</cp:revision>
  <dcterms:created xsi:type="dcterms:W3CDTF">2026-09-05T19:18:00Z</dcterms:created>
  <dcterms:modified xsi:type="dcterms:W3CDTF">2026-09-05T19:18:00Z</dcterms:modified>
</cp:coreProperties>
</file>